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B1D47"/>
          <w:sz w:val="40"/>
        </w:rPr>
        <w:t>Weekly TB diet chart</w:t>
      </w:r>
    </w:p>
    <w:p>
      <w:r>
        <w:t>North Indian vegetarian, low cost. Protein at every meal, three meals and three snacks a day. Edit any cell to suit your family.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c>
          <w:tcPr>
            <w:tcW w:type="dxa" w:w="3050"/>
          </w:tcPr>
          <w:p>
            <w:r/>
            <w:r>
              <w:rPr>
                <w:b/>
              </w:rPr>
              <w:t>Day</w:t>
            </w:r>
          </w:p>
        </w:tc>
        <w:tc>
          <w:tcPr>
            <w:tcW w:type="dxa" w:w="3050"/>
          </w:tcPr>
          <w:p>
            <w:r/>
            <w:r>
              <w:rPr>
                <w:b/>
              </w:rPr>
              <w:t>Breakfast</w:t>
            </w:r>
          </w:p>
        </w:tc>
        <w:tc>
          <w:tcPr>
            <w:tcW w:type="dxa" w:w="3050"/>
          </w:tcPr>
          <w:p>
            <w:r/>
            <w:r>
              <w:rPr>
                <w:b/>
              </w:rPr>
              <w:t>Lunch</w:t>
            </w:r>
          </w:p>
        </w:tc>
        <w:tc>
          <w:tcPr>
            <w:tcW w:type="dxa" w:w="3050"/>
          </w:tcPr>
          <w:p>
            <w:r/>
            <w:r>
              <w:rPr>
                <w:b/>
              </w:rPr>
              <w:t>Dinner</w:t>
            </w:r>
          </w:p>
        </w:tc>
        <w:tc>
          <w:tcPr>
            <w:tcW w:type="dxa" w:w="3050"/>
          </w:tcPr>
          <w:p>
            <w:r/>
            <w:r>
              <w:rPr>
                <w:b/>
              </w:rPr>
              <w:t>Snacks and bedtime</w:t>
            </w:r>
          </w:p>
        </w:tc>
      </w:tr>
      <w:tr>
        <w:tc>
          <w:tcPr>
            <w:tcW w:type="dxa" w:w="3050"/>
          </w:tcPr>
          <w:p>
            <w:r>
              <w:t>Monday</w:t>
            </w:r>
          </w:p>
        </w:tc>
        <w:tc>
          <w:tcPr>
            <w:tcW w:type="dxa" w:w="3050"/>
          </w:tcPr>
          <w:p>
            <w:r>
              <w:t>Besan chilla with curd</w:t>
            </w:r>
          </w:p>
        </w:tc>
        <w:tc>
          <w:tcPr>
            <w:tcW w:type="dxa" w:w="3050"/>
          </w:tcPr>
          <w:p>
            <w:r>
              <w:t>Roti with ghee, rajma, curd and salad</w:t>
            </w:r>
          </w:p>
        </w:tc>
        <w:tc>
          <w:tcPr>
            <w:tcW w:type="dxa" w:w="3050"/>
          </w:tcPr>
          <w:p>
            <w:r>
              <w:t>Roti, moong dal and lauki sabzi</w:t>
            </w:r>
          </w:p>
        </w:tc>
        <w:tc>
          <w:tcPr>
            <w:tcW w:type="dxa" w:w="3050"/>
          </w:tcPr>
          <w:p>
            <w:r>
              <w:t>Roasted chana with jaggery; sattu drink; a glass of milk</w:t>
            </w:r>
          </w:p>
        </w:tc>
      </w:tr>
      <w:tr>
        <w:tc>
          <w:tcPr>
            <w:tcW w:type="dxa" w:w="3050"/>
          </w:tcPr>
          <w:p>
            <w:r>
              <w:t>Tuesday</w:t>
            </w:r>
          </w:p>
        </w:tc>
        <w:tc>
          <w:tcPr>
            <w:tcW w:type="dxa" w:w="3050"/>
          </w:tcPr>
          <w:p>
            <w:r>
              <w:t>Daliya cooked in milk with jaggery</w:t>
            </w:r>
          </w:p>
        </w:tc>
        <w:tc>
          <w:tcPr>
            <w:tcW w:type="dxa" w:w="3050"/>
          </w:tcPr>
          <w:p>
            <w:r>
              <w:t>Rice, kadhi and sabzi</w:t>
            </w:r>
          </w:p>
        </w:tc>
        <w:tc>
          <w:tcPr>
            <w:tcW w:type="dxa" w:w="3050"/>
          </w:tcPr>
          <w:p>
            <w:r>
              <w:t>Vegetable khichdi with ghee and curd</w:t>
            </w:r>
          </w:p>
        </w:tc>
        <w:tc>
          <w:tcPr>
            <w:tcW w:type="dxa" w:w="3050"/>
          </w:tcPr>
          <w:p>
            <w:r>
              <w:t>Sprouted moong chaat; peanut chikki; a glass of milk or curd</w:t>
            </w:r>
          </w:p>
        </w:tc>
      </w:tr>
      <w:tr>
        <w:tc>
          <w:tcPr>
            <w:tcW w:type="dxa" w:w="3050"/>
          </w:tcPr>
          <w:p>
            <w:r>
              <w:t>Wednesday</w:t>
            </w:r>
          </w:p>
        </w:tc>
        <w:tc>
          <w:tcPr>
            <w:tcW w:type="dxa" w:w="3050"/>
          </w:tcPr>
          <w:p>
            <w:r>
              <w:t>Poha with peanuts and a glass of milk</w:t>
            </w:r>
          </w:p>
        </w:tc>
        <w:tc>
          <w:tcPr>
            <w:tcW w:type="dxa" w:w="3050"/>
          </w:tcPr>
          <w:p>
            <w:r>
              <w:t>Roti, chole and raita</w:t>
            </w:r>
          </w:p>
        </w:tc>
        <w:tc>
          <w:tcPr>
            <w:tcW w:type="dxa" w:w="3050"/>
          </w:tcPr>
          <w:p>
            <w:r>
              <w:t>Roti and soya chunk curry</w:t>
            </w:r>
          </w:p>
        </w:tc>
        <w:tc>
          <w:tcPr>
            <w:tcW w:type="dxa" w:w="3050"/>
          </w:tcPr>
          <w:p>
            <w:r>
              <w:t>Banana and a glass of milk; lassi or buttermilk; a glass of milk</w:t>
            </w:r>
          </w:p>
        </w:tc>
      </w:tr>
      <w:tr>
        <w:tc>
          <w:tcPr>
            <w:tcW w:type="dxa" w:w="3050"/>
          </w:tcPr>
          <w:p>
            <w:r>
              <w:t>Thursday</w:t>
            </w:r>
          </w:p>
        </w:tc>
        <w:tc>
          <w:tcPr>
            <w:tcW w:type="dxa" w:w="3050"/>
          </w:tcPr>
          <w:p>
            <w:r>
              <w:t>Moong dal chilla with green chutney</w:t>
            </w:r>
          </w:p>
        </w:tc>
        <w:tc>
          <w:tcPr>
            <w:tcW w:type="dxa" w:w="3050"/>
          </w:tcPr>
          <w:p>
            <w:r>
              <w:t>Rice, chana dal, seasonal sabzi and curd</w:t>
            </w:r>
          </w:p>
        </w:tc>
        <w:tc>
          <w:tcPr>
            <w:tcW w:type="dxa" w:w="3050"/>
          </w:tcPr>
          <w:p>
            <w:r>
              <w:t>Roti, masoor dal and aloo gobhi</w:t>
            </w:r>
          </w:p>
        </w:tc>
        <w:tc>
          <w:tcPr>
            <w:tcW w:type="dxa" w:w="3050"/>
          </w:tcPr>
          <w:p>
            <w:r>
              <w:t>Sattu drink; roasted chana with jaggery; a glass of milk or curd</w:t>
            </w:r>
          </w:p>
        </w:tc>
      </w:tr>
      <w:tr>
        <w:tc>
          <w:tcPr>
            <w:tcW w:type="dxa" w:w="3050"/>
          </w:tcPr>
          <w:p>
            <w:r>
              <w:t>Friday</w:t>
            </w:r>
          </w:p>
        </w:tc>
        <w:tc>
          <w:tcPr>
            <w:tcW w:type="dxa" w:w="3050"/>
          </w:tcPr>
          <w:p>
            <w:r>
              <w:t>Besan chilla with curd</w:t>
            </w:r>
          </w:p>
        </w:tc>
        <w:tc>
          <w:tcPr>
            <w:tcW w:type="dxa" w:w="3050"/>
          </w:tcPr>
          <w:p>
            <w:r>
              <w:t>Roti with ghee, rajma, curd and salad</w:t>
            </w:r>
          </w:p>
        </w:tc>
        <w:tc>
          <w:tcPr>
            <w:tcW w:type="dxa" w:w="3050"/>
          </w:tcPr>
          <w:p>
            <w:r>
              <w:t>Vegetable khichdi with ghee and curd</w:t>
            </w:r>
          </w:p>
        </w:tc>
        <w:tc>
          <w:tcPr>
            <w:tcW w:type="dxa" w:w="3050"/>
          </w:tcPr>
          <w:p>
            <w:r>
              <w:t>Peanut chikki; sprouted moong chaat; a glass of milk</w:t>
            </w:r>
          </w:p>
        </w:tc>
      </w:tr>
      <w:tr>
        <w:tc>
          <w:tcPr>
            <w:tcW w:type="dxa" w:w="3050"/>
          </w:tcPr>
          <w:p>
            <w:r>
              <w:t>Saturday</w:t>
            </w:r>
          </w:p>
        </w:tc>
        <w:tc>
          <w:tcPr>
            <w:tcW w:type="dxa" w:w="3050"/>
          </w:tcPr>
          <w:p>
            <w:r>
              <w:t>Daliya cooked in milk with jaggery</w:t>
            </w:r>
          </w:p>
        </w:tc>
        <w:tc>
          <w:tcPr>
            <w:tcW w:type="dxa" w:w="3050"/>
          </w:tcPr>
          <w:p>
            <w:r>
              <w:t>Roti, chole and raita</w:t>
            </w:r>
          </w:p>
        </w:tc>
        <w:tc>
          <w:tcPr>
            <w:tcW w:type="dxa" w:w="3050"/>
          </w:tcPr>
          <w:p>
            <w:r>
              <w:t>Roti and soya chunk curry</w:t>
            </w:r>
          </w:p>
        </w:tc>
        <w:tc>
          <w:tcPr>
            <w:tcW w:type="dxa" w:w="3050"/>
          </w:tcPr>
          <w:p>
            <w:r>
              <w:t>Lassi or buttermilk; banana and a glass of milk; a glass of milk or curd</w:t>
            </w:r>
          </w:p>
        </w:tc>
      </w:tr>
      <w:tr>
        <w:tc>
          <w:tcPr>
            <w:tcW w:type="dxa" w:w="3050"/>
          </w:tcPr>
          <w:p>
            <w:r>
              <w:t>Sunday</w:t>
            </w:r>
          </w:p>
        </w:tc>
        <w:tc>
          <w:tcPr>
            <w:tcW w:type="dxa" w:w="3050"/>
          </w:tcPr>
          <w:p>
            <w:r>
              <w:t>Poha with peanuts and a glass of milk</w:t>
            </w:r>
          </w:p>
        </w:tc>
        <w:tc>
          <w:tcPr>
            <w:tcW w:type="dxa" w:w="3050"/>
          </w:tcPr>
          <w:p>
            <w:r>
              <w:t>Rice, kadhi and sabzi</w:t>
            </w:r>
          </w:p>
        </w:tc>
        <w:tc>
          <w:tcPr>
            <w:tcW w:type="dxa" w:w="3050"/>
          </w:tcPr>
          <w:p>
            <w:r>
              <w:t>Roti, moong dal and lauki sabzi</w:t>
            </w:r>
          </w:p>
        </w:tc>
        <w:tc>
          <w:tcPr>
            <w:tcW w:type="dxa" w:w="3050"/>
          </w:tcPr>
          <w:p>
            <w:r>
              <w:t>Roasted chana with jaggery; sattu drink; a glass of milk</w:t>
            </w:r>
          </w:p>
        </w:tc>
      </w:tr>
    </w:tbl>
    <w:p/>
    <w:p>
      <w:r>
        <w:rPr>
          <w:b/>
        </w:rPr>
        <w:t>Good to know</w:t>
      </w:r>
    </w:p>
    <w:p>
      <w:pPr>
        <w:pStyle w:val="ListBullet"/>
      </w:pPr>
      <w:r>
        <w:t>Eat three meals and three snacks a day. When appetite is poor, eat small amounts often.</w:t>
      </w:r>
    </w:p>
    <w:p>
      <w:pPr>
        <w:pStyle w:val="ListBullet"/>
      </w:pPr>
      <w:r>
        <w:t>Add a little oil, ghee or butter to roti or rice for extra energy without a bigger plate.</w:t>
      </w:r>
    </w:p>
    <w:p>
      <w:pPr>
        <w:pStyle w:val="ListBullet"/>
      </w:pPr>
      <w:r>
        <w:t>Have a protein food at every meal: dal, chana, rajma, soya, milk, curd, paneer, eggs, fish or meat.</w:t>
      </w:r>
    </w:p>
    <w:p>
      <w:pPr>
        <w:pStyle w:val="ListBullet"/>
      </w:pPr>
      <w:r>
        <w:t>Use local, seasonal foods. Costly supplements are not better than home food.</w:t>
      </w:r>
    </w:p>
    <w:p>
      <w:pPr>
        <w:pStyle w:val="ListBullet"/>
      </w:pPr>
      <w:r>
        <w:t>Do not smoke or drink alcohol during TB treatment.</w:t>
      </w:r>
    </w:p>
    <w:p>
      <w:pPr>
        <w:pStyle w:val="ListBullet"/>
      </w:pPr>
      <w:r>
        <w:t>Take medicines as your doctor or DOTS provider advises. This chart does not change them.</w:t>
      </w:r>
    </w:p>
    <w:p>
      <w:r>
        <w:t>Nikshay Portal Guide (independent, not a government website). General information, not medical advice. TB helpline 1800-11-6666.</w:t>
      </w:r>
    </w:p>
    <w:sectPr w:rsidR="00FC693F" w:rsidRPr="0006063C" w:rsidSect="00034616"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